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A44DF" w14:textId="77777777" w:rsidR="006749CE" w:rsidRPr="00C657E1" w:rsidRDefault="00106F67" w:rsidP="00106F6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C657E1">
        <w:rPr>
          <w:rFonts w:ascii="Times New Roman" w:hAnsi="Times New Roman" w:cs="Times New Roman"/>
          <w:sz w:val="26"/>
          <w:szCs w:val="26"/>
        </w:rPr>
        <w:t>CỘNG HÒA XÃ HỘI CHỦ NGHĨA VIỆT NAM</w:t>
      </w:r>
    </w:p>
    <w:p w14:paraId="31811912" w14:textId="77777777" w:rsidR="006749CE" w:rsidRPr="00C657E1" w:rsidRDefault="00106F67" w:rsidP="00106F6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C657E1">
        <w:rPr>
          <w:rFonts w:ascii="Times New Roman" w:hAnsi="Times New Roman" w:cs="Times New Roman"/>
          <w:sz w:val="26"/>
          <w:szCs w:val="26"/>
        </w:rPr>
        <w:t>Độc lập - Tự do - Hạnh phúc</w:t>
      </w:r>
    </w:p>
    <w:p w14:paraId="40AB9D55" w14:textId="77777777" w:rsidR="006749CE" w:rsidRPr="00C657E1" w:rsidRDefault="00106F67" w:rsidP="00106F6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C657E1">
        <w:rPr>
          <w:rFonts w:ascii="Times New Roman" w:hAnsi="Times New Roman" w:cs="Times New Roman"/>
          <w:sz w:val="26"/>
          <w:szCs w:val="26"/>
        </w:rPr>
        <w:t>--------------------</w:t>
      </w:r>
    </w:p>
    <w:p w14:paraId="5C3F88F0" w14:textId="77777777" w:rsidR="006749CE" w:rsidRPr="00C657E1" w:rsidRDefault="00106F67" w:rsidP="00DD70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657E1">
        <w:rPr>
          <w:rFonts w:ascii="Times New Roman" w:hAnsi="Times New Roman" w:cs="Times New Roman"/>
          <w:b/>
          <w:bCs/>
          <w:sz w:val="26"/>
          <w:szCs w:val="26"/>
        </w:rPr>
        <w:t>GIẤY ĐĂNG KÝ MUA CỔ PHẦN</w:t>
      </w:r>
    </w:p>
    <w:p w14:paraId="0C753F8C" w14:textId="77777777" w:rsidR="006749CE" w:rsidRPr="00C657E1" w:rsidRDefault="006749CE" w:rsidP="00106F6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913A7F8" w14:textId="1A42563E" w:rsidR="006749CE" w:rsidRPr="00C657E1" w:rsidRDefault="00106F67" w:rsidP="00106F67">
      <w:pPr>
        <w:jc w:val="center"/>
        <w:rPr>
          <w:rFonts w:ascii="Times New Roman" w:hAnsi="Times New Roman" w:cs="Times New Roman"/>
          <w:sz w:val="26"/>
          <w:szCs w:val="26"/>
        </w:rPr>
      </w:pPr>
      <w:r w:rsidRPr="00C657E1">
        <w:rPr>
          <w:rFonts w:ascii="Times New Roman" w:hAnsi="Times New Roman" w:cs="Times New Roman"/>
          <w:sz w:val="26"/>
          <w:szCs w:val="26"/>
        </w:rPr>
        <w:t>Kính gửi: Công ty Cổ phần Đầu tư Thương mại phát triển Nhất Tín</w:t>
      </w:r>
    </w:p>
    <w:p w14:paraId="1CB91261" w14:textId="77777777" w:rsidR="006749CE" w:rsidRPr="00C657E1" w:rsidRDefault="00106F67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C657E1">
        <w:rPr>
          <w:rFonts w:ascii="Times New Roman" w:hAnsi="Times New Roman" w:cs="Times New Roman"/>
          <w:b/>
          <w:bCs/>
          <w:sz w:val="26"/>
          <w:szCs w:val="26"/>
        </w:rPr>
        <w:t>I. Thông tin cổ đông:</w:t>
      </w:r>
    </w:p>
    <w:p w14:paraId="0302DF85" w14:textId="52978BA0" w:rsidR="006749CE" w:rsidRPr="00C657E1" w:rsidRDefault="00106F67">
      <w:pPr>
        <w:rPr>
          <w:rFonts w:ascii="Times New Roman" w:hAnsi="Times New Roman" w:cs="Times New Roman"/>
          <w:sz w:val="26"/>
          <w:szCs w:val="26"/>
        </w:rPr>
      </w:pPr>
      <w:r w:rsidRPr="00C657E1">
        <w:rPr>
          <w:rFonts w:ascii="Times New Roman" w:hAnsi="Times New Roman" w:cs="Times New Roman"/>
          <w:sz w:val="26"/>
          <w:szCs w:val="26"/>
        </w:rPr>
        <w:t>- Tên cổ đông:</w:t>
      </w:r>
      <w:r w:rsidR="00C657E1">
        <w:rPr>
          <w:rFonts w:ascii="Times New Roman" w:hAnsi="Times New Roman" w:cs="Times New Roman"/>
          <w:sz w:val="26"/>
          <w:szCs w:val="26"/>
        </w:rPr>
        <w:t xml:space="preserve"> </w:t>
      </w:r>
      <w:r w:rsidR="00C657E1" w:rsidRPr="00C657E1">
        <w:rPr>
          <w:rFonts w:ascii="Times New Roman" w:hAnsi="Times New Roman" w:cs="Times New Roman"/>
          <w:sz w:val="26"/>
          <w:szCs w:val="26"/>
        </w:rPr>
        <w:t>___________________________________________________</w:t>
      </w:r>
    </w:p>
    <w:p w14:paraId="2A4B975F" w14:textId="5B43C8FA" w:rsidR="006749CE" w:rsidRPr="00C657E1" w:rsidRDefault="00106F67">
      <w:pPr>
        <w:rPr>
          <w:rFonts w:ascii="Times New Roman" w:hAnsi="Times New Roman" w:cs="Times New Roman"/>
          <w:sz w:val="26"/>
          <w:szCs w:val="26"/>
        </w:rPr>
      </w:pPr>
      <w:r w:rsidRPr="00C657E1">
        <w:rPr>
          <w:rFonts w:ascii="Times New Roman" w:hAnsi="Times New Roman" w:cs="Times New Roman"/>
          <w:sz w:val="26"/>
          <w:szCs w:val="26"/>
        </w:rPr>
        <w:t xml:space="preserve">- </w:t>
      </w:r>
      <w:r w:rsidR="00DD7024" w:rsidRPr="00C657E1">
        <w:rPr>
          <w:rFonts w:ascii="Times New Roman" w:hAnsi="Times New Roman" w:cs="Times New Roman"/>
          <w:sz w:val="26"/>
          <w:szCs w:val="26"/>
        </w:rPr>
        <w:t>Địa chỉ</w:t>
      </w:r>
      <w:r w:rsidRPr="00C657E1">
        <w:rPr>
          <w:rFonts w:ascii="Times New Roman" w:hAnsi="Times New Roman" w:cs="Times New Roman"/>
          <w:sz w:val="26"/>
          <w:szCs w:val="26"/>
        </w:rPr>
        <w:t xml:space="preserve">: </w:t>
      </w:r>
      <w:r w:rsidR="00C657E1" w:rsidRPr="00C657E1">
        <w:rPr>
          <w:rFonts w:ascii="Times New Roman" w:hAnsi="Times New Roman" w:cs="Times New Roman"/>
          <w:sz w:val="26"/>
          <w:szCs w:val="26"/>
        </w:rPr>
        <w:t>_______________________________________________________</w:t>
      </w:r>
    </w:p>
    <w:p w14:paraId="12E7CEE4" w14:textId="2F382D78" w:rsidR="006749CE" w:rsidRPr="00C657E1" w:rsidRDefault="00DD7024">
      <w:pPr>
        <w:rPr>
          <w:rFonts w:ascii="Times New Roman" w:hAnsi="Times New Roman" w:cs="Times New Roman"/>
          <w:sz w:val="26"/>
          <w:szCs w:val="26"/>
        </w:rPr>
      </w:pPr>
      <w:r w:rsidRPr="00C657E1">
        <w:rPr>
          <w:rFonts w:ascii="Times New Roman" w:hAnsi="Times New Roman" w:cs="Times New Roman"/>
          <w:sz w:val="26"/>
          <w:szCs w:val="26"/>
        </w:rPr>
        <w:t>- CCCD số: __________________________________ cấp ngày____________________________ bởi _______________________________________________________________</w:t>
      </w:r>
    </w:p>
    <w:p w14:paraId="1F23CF40" w14:textId="77777777" w:rsidR="006749CE" w:rsidRPr="00C657E1" w:rsidRDefault="00106F67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C657E1">
        <w:rPr>
          <w:rFonts w:ascii="Times New Roman" w:hAnsi="Times New Roman" w:cs="Times New Roman"/>
          <w:b/>
          <w:bCs/>
          <w:sz w:val="26"/>
          <w:szCs w:val="26"/>
        </w:rPr>
        <w:t>II. Nội dung đăng ký mua cổ phần:</w:t>
      </w:r>
    </w:p>
    <w:p w14:paraId="3BD280E0" w14:textId="39582927" w:rsidR="006749CE" w:rsidRPr="00C657E1" w:rsidRDefault="00DD7024" w:rsidP="00106F67">
      <w:pPr>
        <w:jc w:val="both"/>
        <w:rPr>
          <w:rFonts w:ascii="Times New Roman" w:hAnsi="Times New Roman" w:cs="Times New Roman"/>
          <w:sz w:val="26"/>
          <w:szCs w:val="26"/>
        </w:rPr>
      </w:pPr>
      <w:r w:rsidRPr="00C657E1">
        <w:rPr>
          <w:rFonts w:ascii="Times New Roman" w:hAnsi="Times New Roman" w:cs="Times New Roman"/>
          <w:sz w:val="26"/>
          <w:szCs w:val="26"/>
        </w:rPr>
        <w:t>Tôi đăng ký mua cổ phần phổ thông của Công ty Cổ phần Đầu tư Thương mại phát triển Nhất Tín</w:t>
      </w:r>
      <w:r w:rsidR="00106F67" w:rsidRPr="00C657E1">
        <w:rPr>
          <w:rFonts w:ascii="Times New Roman" w:hAnsi="Times New Roman" w:cs="Times New Roman"/>
          <w:sz w:val="26"/>
          <w:szCs w:val="26"/>
        </w:rPr>
        <w:t xml:space="preserve"> </w:t>
      </w:r>
      <w:r w:rsidR="00083E9D" w:rsidRPr="00C657E1">
        <w:rPr>
          <w:rFonts w:ascii="Times New Roman" w:hAnsi="Times New Roman" w:cs="Times New Roman"/>
          <w:sz w:val="26"/>
          <w:szCs w:val="26"/>
        </w:rPr>
        <w:t xml:space="preserve">chào bán </w:t>
      </w:r>
      <w:bookmarkStart w:id="0" w:name="_Hlk227588021"/>
      <w:r w:rsidR="00106F67" w:rsidRPr="00C657E1">
        <w:rPr>
          <w:rFonts w:ascii="Times New Roman" w:hAnsi="Times New Roman" w:cs="Times New Roman"/>
          <w:sz w:val="26"/>
          <w:szCs w:val="26"/>
        </w:rPr>
        <w:t xml:space="preserve">theo </w:t>
      </w:r>
      <w:r w:rsidR="00C657E1">
        <w:rPr>
          <w:rFonts w:ascii="Times New Roman" w:hAnsi="Times New Roman" w:cs="Times New Roman"/>
          <w:sz w:val="26"/>
          <w:szCs w:val="26"/>
        </w:rPr>
        <w:t>Nghị quyết</w:t>
      </w:r>
      <w:r w:rsidR="00106F67" w:rsidRPr="00C657E1">
        <w:rPr>
          <w:rFonts w:ascii="Times New Roman" w:hAnsi="Times New Roman" w:cs="Times New Roman"/>
          <w:sz w:val="26"/>
          <w:szCs w:val="26"/>
        </w:rPr>
        <w:t xml:space="preserve"> số </w:t>
      </w:r>
      <w:r w:rsidR="00084688">
        <w:rPr>
          <w:rFonts w:ascii="Times New Roman" w:hAnsi="Times New Roman" w:cs="Times New Roman"/>
          <w:sz w:val="26"/>
          <w:szCs w:val="26"/>
        </w:rPr>
        <w:t>01</w:t>
      </w:r>
      <w:r w:rsidR="00F903CA">
        <w:rPr>
          <w:rFonts w:ascii="Times New Roman" w:hAnsi="Times New Roman" w:cs="Times New Roman"/>
          <w:sz w:val="26"/>
          <w:szCs w:val="26"/>
        </w:rPr>
        <w:t>1</w:t>
      </w:r>
      <w:r w:rsidR="00C657E1">
        <w:rPr>
          <w:rFonts w:ascii="Times New Roman" w:hAnsi="Times New Roman" w:cs="Times New Roman"/>
          <w:sz w:val="26"/>
          <w:szCs w:val="26"/>
        </w:rPr>
        <w:t xml:space="preserve">-2026/NQ–ĐHĐCĐ </w:t>
      </w:r>
      <w:r w:rsidR="00106F67" w:rsidRPr="00C657E1">
        <w:rPr>
          <w:rFonts w:ascii="Times New Roman" w:hAnsi="Times New Roman" w:cs="Times New Roman"/>
          <w:sz w:val="26"/>
          <w:szCs w:val="26"/>
        </w:rPr>
        <w:t xml:space="preserve">ngày </w:t>
      </w:r>
      <w:r w:rsidR="00C657E1">
        <w:rPr>
          <w:rFonts w:ascii="Times New Roman" w:hAnsi="Times New Roman" w:cs="Times New Roman"/>
          <w:sz w:val="26"/>
          <w:szCs w:val="26"/>
        </w:rPr>
        <w:t>17/04/2026</w:t>
      </w:r>
      <w:r w:rsidR="00106F67" w:rsidRPr="00C657E1">
        <w:rPr>
          <w:rFonts w:ascii="Times New Roman" w:hAnsi="Times New Roman" w:cs="Times New Roman"/>
          <w:sz w:val="26"/>
          <w:szCs w:val="26"/>
        </w:rPr>
        <w:t xml:space="preserve"> của Đại hội đồng cổ đông Công ty </w:t>
      </w:r>
      <w:r w:rsidRPr="00C657E1">
        <w:rPr>
          <w:rFonts w:ascii="Times New Roman" w:hAnsi="Times New Roman" w:cs="Times New Roman"/>
          <w:sz w:val="26"/>
          <w:szCs w:val="26"/>
        </w:rPr>
        <w:t>Cổ phần Đầu tư Thương mại phát triển Nhất Tín</w:t>
      </w:r>
      <w:bookmarkEnd w:id="0"/>
      <w:r w:rsidRPr="00C657E1">
        <w:rPr>
          <w:rFonts w:ascii="Times New Roman" w:hAnsi="Times New Roman" w:cs="Times New Roman"/>
          <w:sz w:val="26"/>
          <w:szCs w:val="26"/>
        </w:rPr>
        <w:t>, cụ thể như sau:</w:t>
      </w:r>
    </w:p>
    <w:p w14:paraId="6DAF1EED" w14:textId="0E738F4B" w:rsidR="00DD7024" w:rsidRPr="00C657E1" w:rsidRDefault="00DD7024" w:rsidP="00C657E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bookmarkStart w:id="1" w:name="_Hlk227587888"/>
      <w:r w:rsidRPr="00C657E1">
        <w:rPr>
          <w:rFonts w:ascii="Times New Roman" w:hAnsi="Times New Roman" w:cs="Times New Roman"/>
          <w:sz w:val="26"/>
          <w:szCs w:val="26"/>
        </w:rPr>
        <w:t xml:space="preserve">Tên tổ chức phát hành: </w:t>
      </w:r>
      <w:bookmarkStart w:id="2" w:name="_Hlk227587908"/>
      <w:r w:rsidRPr="00C657E1">
        <w:rPr>
          <w:rFonts w:ascii="Times New Roman" w:hAnsi="Times New Roman" w:cs="Times New Roman"/>
          <w:sz w:val="26"/>
          <w:szCs w:val="26"/>
        </w:rPr>
        <w:t>Công ty Cổ phần Đầu tư Thương mại phát triển Nhất Tín</w:t>
      </w:r>
      <w:bookmarkEnd w:id="2"/>
    </w:p>
    <w:p w14:paraId="024CDB7C" w14:textId="6DBB0736" w:rsidR="00DD7024" w:rsidRPr="00C657E1" w:rsidRDefault="00DD7024" w:rsidP="00DD702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C657E1">
        <w:rPr>
          <w:rFonts w:ascii="Times New Roman" w:hAnsi="Times New Roman" w:cs="Times New Roman"/>
          <w:sz w:val="26"/>
          <w:szCs w:val="26"/>
        </w:rPr>
        <w:t>Loại cổ phần phát hành: Cổ phần phổ thông</w:t>
      </w:r>
    </w:p>
    <w:p w14:paraId="3B10A452" w14:textId="5400A432" w:rsidR="00DD7024" w:rsidRPr="00C657E1" w:rsidRDefault="00DD7024" w:rsidP="00DD702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C657E1">
        <w:rPr>
          <w:rFonts w:ascii="Times New Roman" w:hAnsi="Times New Roman" w:cs="Times New Roman"/>
          <w:sz w:val="26"/>
          <w:szCs w:val="26"/>
        </w:rPr>
        <w:t>Tổng số lượng cổ phần phát hành: 460.380 cổ phần</w:t>
      </w:r>
    </w:p>
    <w:p w14:paraId="5055B62D" w14:textId="63BD788B" w:rsidR="00DD7024" w:rsidRPr="00C657E1" w:rsidRDefault="00DD7024" w:rsidP="00DD702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C657E1">
        <w:rPr>
          <w:rFonts w:ascii="Times New Roman" w:hAnsi="Times New Roman" w:cs="Times New Roman"/>
          <w:sz w:val="26"/>
          <w:szCs w:val="26"/>
        </w:rPr>
        <w:t>Mệnh giá 10.000 đồng/cổ phần</w:t>
      </w:r>
    </w:p>
    <w:p w14:paraId="76C64881" w14:textId="2FD87F2A" w:rsidR="00083E9D" w:rsidRPr="00C657E1" w:rsidRDefault="00083E9D" w:rsidP="00DD702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C657E1">
        <w:rPr>
          <w:rFonts w:ascii="Times New Roman" w:hAnsi="Times New Roman" w:cs="Times New Roman"/>
          <w:sz w:val="26"/>
          <w:szCs w:val="26"/>
        </w:rPr>
        <w:t>Đối tượng mua: Là cổ đông hiện hữu của Công ty</w:t>
      </w:r>
    </w:p>
    <w:p w14:paraId="13ADC4F4" w14:textId="657A2FCF" w:rsidR="00DD7024" w:rsidRDefault="00DD7024" w:rsidP="00DD702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C657E1">
        <w:rPr>
          <w:rFonts w:ascii="Times New Roman" w:hAnsi="Times New Roman" w:cs="Times New Roman"/>
          <w:sz w:val="26"/>
          <w:szCs w:val="26"/>
        </w:rPr>
        <w:t>Số lượng cổ phần tôi - ___________________________ được quyền mua là ____________ cổ phần, tương đương _________________________ đồng theo mệnh giá.</w:t>
      </w:r>
    </w:p>
    <w:bookmarkEnd w:id="1"/>
    <w:p w14:paraId="3C3EF552" w14:textId="100FFC7B" w:rsidR="006749CE" w:rsidRPr="00C657E1" w:rsidRDefault="00106F67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C657E1">
        <w:rPr>
          <w:rFonts w:ascii="Times New Roman" w:hAnsi="Times New Roman" w:cs="Times New Roman"/>
          <w:b/>
          <w:bCs/>
          <w:sz w:val="26"/>
          <w:szCs w:val="26"/>
        </w:rPr>
        <w:t>III. Cam kết:</w:t>
      </w:r>
    </w:p>
    <w:p w14:paraId="565628C0" w14:textId="09E09287" w:rsidR="006749CE" w:rsidRPr="00C657E1" w:rsidRDefault="00106F67">
      <w:pPr>
        <w:rPr>
          <w:rFonts w:ascii="Times New Roman" w:hAnsi="Times New Roman" w:cs="Times New Roman"/>
          <w:sz w:val="26"/>
          <w:szCs w:val="26"/>
        </w:rPr>
      </w:pPr>
      <w:r w:rsidRPr="00C657E1">
        <w:rPr>
          <w:rFonts w:ascii="Times New Roman" w:hAnsi="Times New Roman" w:cs="Times New Roman"/>
          <w:sz w:val="26"/>
          <w:szCs w:val="26"/>
        </w:rPr>
        <w:t xml:space="preserve">Sau khi nghiên cứu Luật Doanh nghiệp hiện hành, các quy định của pháp luật có liên quan và Điều lệ Công ty Cổ phần </w:t>
      </w:r>
      <w:r w:rsidR="00DD7024" w:rsidRPr="00C657E1">
        <w:rPr>
          <w:rFonts w:ascii="Times New Roman" w:hAnsi="Times New Roman" w:cs="Times New Roman"/>
          <w:sz w:val="26"/>
          <w:szCs w:val="26"/>
        </w:rPr>
        <w:t>Cổ phần Đầu tư Thương mại phát triển Nhất Tín</w:t>
      </w:r>
      <w:r w:rsidRPr="00C657E1">
        <w:rPr>
          <w:rFonts w:ascii="Times New Roman" w:hAnsi="Times New Roman" w:cs="Times New Roman"/>
          <w:sz w:val="26"/>
          <w:szCs w:val="26"/>
        </w:rPr>
        <w:t xml:space="preserve">, </w:t>
      </w:r>
      <w:r w:rsidR="00DD7024" w:rsidRPr="00C657E1">
        <w:rPr>
          <w:rFonts w:ascii="Times New Roman" w:hAnsi="Times New Roman" w:cs="Times New Roman"/>
          <w:sz w:val="26"/>
          <w:szCs w:val="26"/>
        </w:rPr>
        <w:t>tôi</w:t>
      </w:r>
      <w:r w:rsidRPr="00C657E1">
        <w:rPr>
          <w:rFonts w:ascii="Times New Roman" w:hAnsi="Times New Roman" w:cs="Times New Roman"/>
          <w:sz w:val="26"/>
          <w:szCs w:val="26"/>
        </w:rPr>
        <w:t xml:space="preserve"> xin cam kết:</w:t>
      </w:r>
    </w:p>
    <w:p w14:paraId="62C1EC45" w14:textId="77777777" w:rsidR="006749CE" w:rsidRPr="00C657E1" w:rsidRDefault="00106F67">
      <w:pPr>
        <w:rPr>
          <w:rFonts w:ascii="Times New Roman" w:hAnsi="Times New Roman" w:cs="Times New Roman"/>
          <w:sz w:val="26"/>
          <w:szCs w:val="26"/>
        </w:rPr>
      </w:pPr>
      <w:r w:rsidRPr="00C657E1">
        <w:rPr>
          <w:rFonts w:ascii="Times New Roman" w:hAnsi="Times New Roman" w:cs="Times New Roman"/>
          <w:sz w:val="26"/>
          <w:szCs w:val="26"/>
        </w:rPr>
        <w:t>1. Mua đủ số lượng cổ phần đã đăng ký mua.</w:t>
      </w:r>
    </w:p>
    <w:p w14:paraId="4491F5E6" w14:textId="77777777" w:rsidR="006749CE" w:rsidRPr="00C657E1" w:rsidRDefault="00106F67">
      <w:pPr>
        <w:rPr>
          <w:rFonts w:ascii="Times New Roman" w:hAnsi="Times New Roman" w:cs="Times New Roman"/>
          <w:sz w:val="26"/>
          <w:szCs w:val="26"/>
        </w:rPr>
      </w:pPr>
      <w:r w:rsidRPr="00C657E1">
        <w:rPr>
          <w:rFonts w:ascii="Times New Roman" w:hAnsi="Times New Roman" w:cs="Times New Roman"/>
          <w:sz w:val="26"/>
          <w:szCs w:val="26"/>
        </w:rPr>
        <w:lastRenderedPageBreak/>
        <w:t>2. Chịu trách nhiệm về tính hợp pháp của quyền mua cổ phần và nguồn vốn mua cổ phần.</w:t>
      </w:r>
    </w:p>
    <w:p w14:paraId="2E93426F" w14:textId="4DF0E81C" w:rsidR="006749CE" w:rsidRPr="00C657E1" w:rsidRDefault="00106F67">
      <w:pPr>
        <w:rPr>
          <w:rFonts w:ascii="Times New Roman" w:hAnsi="Times New Roman" w:cs="Times New Roman"/>
          <w:sz w:val="26"/>
          <w:szCs w:val="26"/>
        </w:rPr>
      </w:pPr>
      <w:r w:rsidRPr="00C657E1">
        <w:rPr>
          <w:rFonts w:ascii="Times New Roman" w:hAnsi="Times New Roman" w:cs="Times New Roman"/>
          <w:sz w:val="26"/>
          <w:szCs w:val="26"/>
        </w:rPr>
        <w:t xml:space="preserve">3. Chấp hành Điều lệ, các quy định nội bộ của </w:t>
      </w:r>
      <w:r w:rsidR="00DD7024" w:rsidRPr="00C657E1">
        <w:rPr>
          <w:rFonts w:ascii="Times New Roman" w:hAnsi="Times New Roman" w:cs="Times New Roman"/>
          <w:sz w:val="26"/>
          <w:szCs w:val="26"/>
        </w:rPr>
        <w:t xml:space="preserve">Công ty Cổ phần Đầu tư Thương mại phát triển Nhất Tín </w:t>
      </w:r>
      <w:r w:rsidRPr="00C657E1">
        <w:rPr>
          <w:rFonts w:ascii="Times New Roman" w:hAnsi="Times New Roman" w:cs="Times New Roman"/>
          <w:sz w:val="26"/>
          <w:szCs w:val="26"/>
        </w:rPr>
        <w:t>và các quy định của pháp luật có liên quan.</w:t>
      </w:r>
    </w:p>
    <w:p w14:paraId="626879E8" w14:textId="77777777" w:rsidR="006749CE" w:rsidRPr="00C657E1" w:rsidRDefault="006749CE" w:rsidP="00106F67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5D19B476" w14:textId="2F6F631B" w:rsidR="006749CE" w:rsidRPr="00C657E1" w:rsidRDefault="00DD7024" w:rsidP="00106F67">
      <w:pPr>
        <w:jc w:val="right"/>
        <w:rPr>
          <w:rFonts w:ascii="Times New Roman" w:hAnsi="Times New Roman" w:cs="Times New Roman"/>
          <w:sz w:val="26"/>
          <w:szCs w:val="26"/>
        </w:rPr>
      </w:pPr>
      <w:r w:rsidRPr="00C657E1">
        <w:rPr>
          <w:rFonts w:ascii="Times New Roman" w:hAnsi="Times New Roman" w:cs="Times New Roman"/>
          <w:sz w:val="26"/>
          <w:szCs w:val="26"/>
        </w:rPr>
        <w:t>____________</w:t>
      </w:r>
      <w:r w:rsidR="00106F67" w:rsidRPr="00C657E1">
        <w:rPr>
          <w:rFonts w:ascii="Times New Roman" w:hAnsi="Times New Roman" w:cs="Times New Roman"/>
          <w:sz w:val="26"/>
          <w:szCs w:val="26"/>
        </w:rPr>
        <w:t xml:space="preserve">, ngày </w:t>
      </w:r>
      <w:r w:rsidRPr="00C657E1">
        <w:rPr>
          <w:rFonts w:ascii="Times New Roman" w:hAnsi="Times New Roman" w:cs="Times New Roman"/>
          <w:sz w:val="26"/>
          <w:szCs w:val="26"/>
        </w:rPr>
        <w:t xml:space="preserve">      </w:t>
      </w:r>
      <w:r w:rsidR="00106F67" w:rsidRPr="00C657E1">
        <w:rPr>
          <w:rFonts w:ascii="Times New Roman" w:hAnsi="Times New Roman" w:cs="Times New Roman"/>
          <w:sz w:val="26"/>
          <w:szCs w:val="26"/>
        </w:rPr>
        <w:t xml:space="preserve"> tháng </w:t>
      </w:r>
      <w:r w:rsidRPr="00C657E1">
        <w:rPr>
          <w:rFonts w:ascii="Times New Roman" w:hAnsi="Times New Roman" w:cs="Times New Roman"/>
          <w:sz w:val="26"/>
          <w:szCs w:val="26"/>
        </w:rPr>
        <w:t xml:space="preserve">        </w:t>
      </w:r>
      <w:r w:rsidR="00106F67" w:rsidRPr="00C657E1">
        <w:rPr>
          <w:rFonts w:ascii="Times New Roman" w:hAnsi="Times New Roman" w:cs="Times New Roman"/>
          <w:sz w:val="26"/>
          <w:szCs w:val="26"/>
        </w:rPr>
        <w:t xml:space="preserve"> năm 202</w:t>
      </w:r>
      <w:r w:rsidRPr="00C657E1">
        <w:rPr>
          <w:rFonts w:ascii="Times New Roman" w:hAnsi="Times New Roman" w:cs="Times New Roman"/>
          <w:sz w:val="26"/>
          <w:szCs w:val="26"/>
        </w:rPr>
        <w:t>6</w:t>
      </w:r>
    </w:p>
    <w:p w14:paraId="3E2D0462" w14:textId="3DFE022F" w:rsidR="006749CE" w:rsidRDefault="00106F67" w:rsidP="00106F67">
      <w:pPr>
        <w:jc w:val="right"/>
        <w:rPr>
          <w:rFonts w:ascii="Times New Roman" w:hAnsi="Times New Roman" w:cs="Times New Roman"/>
          <w:sz w:val="26"/>
          <w:szCs w:val="26"/>
        </w:rPr>
      </w:pPr>
      <w:r w:rsidRPr="00C657E1">
        <w:rPr>
          <w:rFonts w:ascii="Times New Roman" w:hAnsi="Times New Roman" w:cs="Times New Roman"/>
          <w:sz w:val="26"/>
          <w:szCs w:val="26"/>
        </w:rPr>
        <w:t>CỔ ĐÔNG</w:t>
      </w:r>
    </w:p>
    <w:p w14:paraId="6A47D3A1" w14:textId="4146FF4E" w:rsidR="00C657E1" w:rsidRDefault="00C657E1" w:rsidP="00C657E1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317FC926" w14:textId="11959A5B" w:rsidR="00C657E1" w:rsidRPr="00C657E1" w:rsidRDefault="00C657E1" w:rsidP="00C657E1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14D1BD71" w14:textId="2D9AF6DB" w:rsidR="006749CE" w:rsidRDefault="00C657E1" w:rsidP="00106F67">
      <w:pPr>
        <w:jc w:val="right"/>
        <w:rPr>
          <w:rFonts w:ascii="Times New Roman" w:hAnsi="Times New Roman" w:cs="Times New Roman"/>
          <w:sz w:val="26"/>
          <w:szCs w:val="26"/>
        </w:rPr>
      </w:pPr>
      <w:r w:rsidRPr="00C657E1">
        <w:rPr>
          <w:rFonts w:ascii="Times New Roman" w:hAnsi="Times New Roman" w:cs="Times New Roman"/>
          <w:sz w:val="26"/>
          <w:szCs w:val="26"/>
        </w:rPr>
        <w:t>________________________</w:t>
      </w:r>
    </w:p>
    <w:p w14:paraId="22DC9F17" w14:textId="77777777" w:rsidR="00C657E1" w:rsidRPr="00C657E1" w:rsidRDefault="00C657E1" w:rsidP="00106F67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04D9BD95" w14:textId="77777777" w:rsidR="00106F67" w:rsidRPr="00C657E1" w:rsidRDefault="00106F67" w:rsidP="00106F67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3156E0A6" w14:textId="77777777" w:rsidR="00705089" w:rsidRDefault="00705089">
      <w:pPr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14:paraId="0E135BFE" w14:textId="77777777" w:rsidR="00705089" w:rsidRDefault="00705089">
      <w:pPr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14:paraId="4374CFD5" w14:textId="77777777" w:rsidR="00705089" w:rsidRDefault="00705089">
      <w:pPr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14:paraId="464DF4ED" w14:textId="77777777" w:rsidR="00705089" w:rsidRDefault="00705089">
      <w:pPr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br w:type="page"/>
      </w:r>
    </w:p>
    <w:p w14:paraId="074607E9" w14:textId="735606C0" w:rsidR="00705089" w:rsidRPr="00705089" w:rsidRDefault="00705089" w:rsidP="0051355E">
      <w:pPr>
        <w:ind w:left="720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705089">
        <w:rPr>
          <w:rFonts w:ascii="Times New Roman" w:hAnsi="Times New Roman" w:cs="Times New Roman"/>
          <w:b/>
          <w:bCs/>
          <w:i/>
          <w:iCs/>
          <w:sz w:val="26"/>
          <w:szCs w:val="26"/>
        </w:rPr>
        <w:lastRenderedPageBreak/>
        <w:t>Cổ đông vui lòng gửi bản ký cứng về địa chỉ sau:</w:t>
      </w:r>
    </w:p>
    <w:p w14:paraId="3404741C" w14:textId="63DBEDFE" w:rsidR="00705089" w:rsidRPr="000E39BC" w:rsidRDefault="00705089" w:rsidP="0051355E">
      <w:pPr>
        <w:ind w:left="720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0E39BC">
        <w:rPr>
          <w:rFonts w:ascii="Times New Roman" w:hAnsi="Times New Roman" w:cs="Times New Roman"/>
          <w:b/>
          <w:bCs/>
          <w:i/>
          <w:iCs/>
          <w:sz w:val="26"/>
          <w:szCs w:val="26"/>
        </w:rPr>
        <w:t>P. Tài Chính – Công ty Cổ phần Đầu tư Thương mại phát triển Nhất Tín,</w:t>
      </w:r>
    </w:p>
    <w:p w14:paraId="0DBEC33A" w14:textId="6F2D8FEF" w:rsidR="00705089" w:rsidRPr="00705089" w:rsidRDefault="00705089" w:rsidP="0051355E">
      <w:pPr>
        <w:ind w:left="720"/>
        <w:rPr>
          <w:rFonts w:ascii="Times New Roman" w:hAnsi="Times New Roman" w:cs="Times New Roman"/>
          <w:i/>
          <w:iCs/>
          <w:sz w:val="26"/>
          <w:szCs w:val="26"/>
        </w:rPr>
      </w:pPr>
      <w:r w:rsidRPr="00705089">
        <w:rPr>
          <w:rFonts w:ascii="Times New Roman" w:hAnsi="Times New Roman" w:cs="Times New Roman"/>
          <w:i/>
          <w:iCs/>
          <w:sz w:val="26"/>
          <w:szCs w:val="26"/>
        </w:rPr>
        <w:t>Số 18A, Cộng Hòa, Phường Bảy Hiền, TP.HCM.</w:t>
      </w:r>
    </w:p>
    <w:p w14:paraId="578A24E9" w14:textId="07A8464C" w:rsidR="00705089" w:rsidRPr="00705089" w:rsidRDefault="00705089" w:rsidP="0051355E">
      <w:pPr>
        <w:ind w:left="720"/>
        <w:rPr>
          <w:rFonts w:ascii="Times New Roman" w:hAnsi="Times New Roman" w:cs="Times New Roman"/>
          <w:i/>
          <w:iCs/>
          <w:sz w:val="26"/>
          <w:szCs w:val="26"/>
        </w:rPr>
      </w:pPr>
      <w:r w:rsidRPr="00705089">
        <w:rPr>
          <w:rFonts w:ascii="Times New Roman" w:hAnsi="Times New Roman" w:cs="Times New Roman"/>
          <w:i/>
          <w:iCs/>
          <w:sz w:val="26"/>
          <w:szCs w:val="26"/>
        </w:rPr>
        <w:t>Số điện thoại: Mr. Huy – Chuyên viên Tài Chính – 0905.259.456</w:t>
      </w:r>
    </w:p>
    <w:sectPr w:rsidR="00705089" w:rsidRPr="0070508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D407D4F"/>
    <w:multiLevelType w:val="hybridMultilevel"/>
    <w:tmpl w:val="40380DBA"/>
    <w:lvl w:ilvl="0" w:tplc="D8D6176E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3547601">
    <w:abstractNumId w:val="8"/>
  </w:num>
  <w:num w:numId="2" w16cid:durableId="2121800183">
    <w:abstractNumId w:val="6"/>
  </w:num>
  <w:num w:numId="3" w16cid:durableId="1259799704">
    <w:abstractNumId w:val="5"/>
  </w:num>
  <w:num w:numId="4" w16cid:durableId="1923221454">
    <w:abstractNumId w:val="4"/>
  </w:num>
  <w:num w:numId="5" w16cid:durableId="629092179">
    <w:abstractNumId w:val="7"/>
  </w:num>
  <w:num w:numId="6" w16cid:durableId="2138183702">
    <w:abstractNumId w:val="3"/>
  </w:num>
  <w:num w:numId="7" w16cid:durableId="558590851">
    <w:abstractNumId w:val="2"/>
  </w:num>
  <w:num w:numId="8" w16cid:durableId="498808647">
    <w:abstractNumId w:val="1"/>
  </w:num>
  <w:num w:numId="9" w16cid:durableId="614874216">
    <w:abstractNumId w:val="0"/>
  </w:num>
  <w:num w:numId="10" w16cid:durableId="961426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3E9D"/>
    <w:rsid w:val="00084688"/>
    <w:rsid w:val="000E39BC"/>
    <w:rsid w:val="00106F67"/>
    <w:rsid w:val="0015074B"/>
    <w:rsid w:val="0029639D"/>
    <w:rsid w:val="00310EB7"/>
    <w:rsid w:val="00326F90"/>
    <w:rsid w:val="0051355E"/>
    <w:rsid w:val="00557B8C"/>
    <w:rsid w:val="00585F32"/>
    <w:rsid w:val="006749CE"/>
    <w:rsid w:val="00705089"/>
    <w:rsid w:val="007A4325"/>
    <w:rsid w:val="007D7821"/>
    <w:rsid w:val="00981BCE"/>
    <w:rsid w:val="009B76A3"/>
    <w:rsid w:val="00AA1D8D"/>
    <w:rsid w:val="00B06668"/>
    <w:rsid w:val="00B47730"/>
    <w:rsid w:val="00C3301E"/>
    <w:rsid w:val="00C657E1"/>
    <w:rsid w:val="00CB0664"/>
    <w:rsid w:val="00DD7024"/>
    <w:rsid w:val="00F903CA"/>
    <w:rsid w:val="00FC693F"/>
    <w:rsid w:val="00FF0F83"/>
    <w:rsid w:val="00FF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2F66BA"/>
  <w14:defaultImageDpi w14:val="300"/>
  <w15:docId w15:val="{9456BBCA-A439-4A25-81BE-66AB0C9E2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Tri Tran Dai</cp:lastModifiedBy>
  <cp:revision>13</cp:revision>
  <dcterms:created xsi:type="dcterms:W3CDTF">2026-04-20T08:57:00Z</dcterms:created>
  <dcterms:modified xsi:type="dcterms:W3CDTF">2026-04-22T05:44:00Z</dcterms:modified>
  <cp:category/>
</cp:coreProperties>
</file>